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CD9AD9" w14:textId="77777777" w:rsidR="00B701FA" w:rsidRDefault="00FE574B">
      <w:pPr>
        <w:pStyle w:val="Title"/>
        <w:rPr>
          <w:color w:val="943634" w:themeColor="accent2" w:themeShade="BF"/>
        </w:rPr>
      </w:pPr>
      <w:r w:rsidRPr="00FE574B">
        <w:rPr>
          <w:noProof/>
          <w:color w:val="943634" w:themeColor="accent2" w:themeShade="BF"/>
        </w:rPr>
        <w:drawing>
          <wp:anchor distT="0" distB="0" distL="114300" distR="114300" simplePos="0" relativeHeight="251659264" behindDoc="1" locked="0" layoutInCell="1" allowOverlap="1" wp14:anchorId="7AE41246" wp14:editId="0FACD8CB">
            <wp:simplePos x="0" y="0"/>
            <wp:positionH relativeFrom="column">
              <wp:posOffset>4310199</wp:posOffset>
            </wp:positionH>
            <wp:positionV relativeFrom="paragraph">
              <wp:posOffset>-506095</wp:posOffset>
            </wp:positionV>
            <wp:extent cx="1094015" cy="1366588"/>
            <wp:effectExtent l="0" t="0" r="0" b="5080"/>
            <wp:wrapNone/>
            <wp:docPr id="1721852727" name="Picture 1" descr="A red shield with a cross and a cros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852727" name="Picture 1" descr="A red shield with a cross and a cross on it&#10;&#10;Description automatically generated"/>
                    <pic:cNvPicPr/>
                  </pic:nvPicPr>
                  <pic:blipFill>
                    <a:blip r:embed="rId8"/>
                    <a:stretch>
                      <a:fillRect/>
                    </a:stretch>
                  </pic:blipFill>
                  <pic:spPr>
                    <a:xfrm>
                      <a:off x="0" y="0"/>
                      <a:ext cx="1094015" cy="1366588"/>
                    </a:xfrm>
                    <a:prstGeom prst="rect">
                      <a:avLst/>
                    </a:prstGeom>
                  </pic:spPr>
                </pic:pic>
              </a:graphicData>
            </a:graphic>
            <wp14:sizeRelH relativeFrom="page">
              <wp14:pctWidth>0</wp14:pctWidth>
            </wp14:sizeRelH>
            <wp14:sizeRelV relativeFrom="page">
              <wp14:pctHeight>0</wp14:pctHeight>
            </wp14:sizeRelV>
          </wp:anchor>
        </w:drawing>
      </w:r>
      <w:r w:rsidR="00000000" w:rsidRPr="00FE574B">
        <w:rPr>
          <w:color w:val="943634" w:themeColor="accent2" w:themeShade="BF"/>
        </w:rPr>
        <w:t xml:space="preserve">The Pondering Pub Roadmap </w:t>
      </w:r>
    </w:p>
    <w:p w14:paraId="180FAF54" w14:textId="4C18504E" w:rsidR="00DB1BF2" w:rsidRPr="00FE574B" w:rsidRDefault="00000000">
      <w:pPr>
        <w:pStyle w:val="Title"/>
        <w:rPr>
          <w:color w:val="943634" w:themeColor="accent2" w:themeShade="BF"/>
        </w:rPr>
      </w:pPr>
      <w:r w:rsidRPr="00FE574B">
        <w:rPr>
          <w:color w:val="943634" w:themeColor="accent2" w:themeShade="BF"/>
        </w:rPr>
        <w:t>Worksheet</w:t>
      </w:r>
    </w:p>
    <w:p w14:paraId="3D3ED595" w14:textId="369B95D6" w:rsidR="00FE574B" w:rsidRDefault="00000000">
      <w:r>
        <w:t>A Guided Tool for Founders and Leaders</w:t>
      </w:r>
      <w:r w:rsidR="00FE574B">
        <w:t>.</w:t>
      </w:r>
      <w:r w:rsidR="00C26F9A">
        <w:tab/>
      </w:r>
      <w:r w:rsidR="00C26F9A">
        <w:tab/>
      </w:r>
      <w:r w:rsidR="00C26F9A">
        <w:tab/>
      </w:r>
      <w:r w:rsidR="00C26F9A">
        <w:tab/>
      </w:r>
      <w:r w:rsidR="00C26F9A">
        <w:tab/>
        <w:t>Updated May 2025</w:t>
      </w:r>
    </w:p>
    <w:p w14:paraId="0B09C2FF" w14:textId="693DAD40" w:rsidR="00B701FA" w:rsidRPr="00B701FA" w:rsidRDefault="00B701FA" w:rsidP="00FE574B">
      <w:pPr>
        <w:spacing w:after="0"/>
        <w:rPr>
          <w:rFonts w:asciiTheme="majorHAnsi" w:hAnsiTheme="majorHAnsi" w:cstheme="majorHAnsi"/>
          <w:b/>
          <w:bCs/>
          <w:color w:val="943634" w:themeColor="accent2" w:themeShade="BF"/>
          <w:sz w:val="28"/>
          <w:szCs w:val="24"/>
        </w:rPr>
      </w:pPr>
      <w:r w:rsidRPr="00B701FA">
        <w:rPr>
          <w:rFonts w:asciiTheme="majorHAnsi" w:hAnsiTheme="majorHAnsi" w:cstheme="majorHAnsi"/>
          <w:b/>
          <w:bCs/>
          <w:color w:val="943634" w:themeColor="accent2" w:themeShade="BF"/>
          <w:sz w:val="28"/>
          <w:szCs w:val="24"/>
        </w:rPr>
        <w:t xml:space="preserve">Part 1: </w:t>
      </w:r>
      <w:r w:rsidR="00FE574B" w:rsidRPr="00B91D00">
        <w:rPr>
          <w:rFonts w:asciiTheme="majorHAnsi" w:hAnsiTheme="majorHAnsi" w:cstheme="majorHAnsi"/>
          <w:b/>
          <w:bCs/>
          <w:color w:val="943634" w:themeColor="accent2" w:themeShade="BF"/>
          <w:sz w:val="28"/>
          <w:szCs w:val="24"/>
        </w:rPr>
        <w:t xml:space="preserve">Gang of One </w:t>
      </w:r>
    </w:p>
    <w:p w14:paraId="052F3136" w14:textId="03AAB2E7" w:rsidR="00FE574B" w:rsidRPr="00B91D00" w:rsidRDefault="00FE574B" w:rsidP="00FE574B">
      <w:pPr>
        <w:spacing w:after="0"/>
      </w:pPr>
      <w:r w:rsidRPr="00B91D00">
        <w:t>Figure out why each leader wants to start a Pub. What is the specific reason </w:t>
      </w:r>
      <w:r w:rsidRPr="00B91D00">
        <w:rPr>
          <w:i/>
          <w:iCs/>
        </w:rPr>
        <w:t>you</w:t>
      </w:r>
      <w:r w:rsidRPr="00B91D00">
        <w:t xml:space="preserve"> are doing this, as opposed to joining something already existing? One can meet friends at a bar or </w:t>
      </w:r>
      <w:r w:rsidR="00050174">
        <w:t>M</w:t>
      </w:r>
      <w:r w:rsidR="00050174" w:rsidRPr="00B91D00">
        <w:t>eetup.com</w:t>
      </w:r>
      <w:r w:rsidR="00050174">
        <w:t>;</w:t>
      </w:r>
      <w:r w:rsidR="00050174" w:rsidRPr="00B91D00">
        <w:t xml:space="preserve"> or</w:t>
      </w:r>
      <w:r w:rsidRPr="00B91D00">
        <w:t xml:space="preserve"> talk about books at a library or book club. However, if our mission of creating beauty through community appeals to you, why does it appeal to you personally?  This difference is what makes it worth doing. This is going to be your personal rally point, your banner. Each person has their own, and you may need to change your pitch depending on what’s important to you or the other person. Check out our testimonials if you need inspiration as to why people join the Pondering. </w:t>
      </w:r>
    </w:p>
    <w:p w14:paraId="7E7F89B4" w14:textId="6AC37065" w:rsidR="00FE574B" w:rsidRPr="00BB7C6D" w:rsidRDefault="00FE574B" w:rsidP="00B701FA">
      <w:pPr>
        <w:pStyle w:val="ListParagraph"/>
        <w:numPr>
          <w:ilvl w:val="0"/>
          <w:numId w:val="14"/>
        </w:numPr>
        <w:spacing w:after="0" w:line="240" w:lineRule="auto"/>
        <w:rPr>
          <w:b/>
          <w:bCs/>
        </w:rPr>
      </w:pPr>
      <w:r w:rsidRPr="00BB7C6D">
        <w:rPr>
          <w:b/>
          <w:bCs/>
        </w:rPr>
        <w:t>Determine your #1 and #2 reasons for why you’re starting a Pondering Pub. (As opposed to joining something already existing.)</w:t>
      </w:r>
    </w:p>
    <w:p w14:paraId="1CE7854F" w14:textId="77777777" w:rsidR="006C519D" w:rsidRDefault="006C519D" w:rsidP="006C519D">
      <w:pPr>
        <w:pStyle w:val="ListParagraph"/>
        <w:spacing w:after="0" w:line="240" w:lineRule="auto"/>
      </w:pPr>
    </w:p>
    <w:p w14:paraId="7416385A" w14:textId="6019F310" w:rsidR="006C519D" w:rsidRDefault="00B701FA" w:rsidP="006C519D">
      <w:r>
        <w:t xml:space="preserve">#1 Reason: </w:t>
      </w:r>
      <w:r w:rsidR="006C519D">
        <w:t>________________________________________________________________</w:t>
      </w:r>
      <w:r w:rsidR="006C519D">
        <w:t>___________________________</w:t>
      </w:r>
    </w:p>
    <w:p w14:paraId="4A22EC3A" w14:textId="78F1E01E" w:rsidR="00B701FA" w:rsidRDefault="006C519D" w:rsidP="006C519D">
      <w:r>
        <w:t>________________________________________________________________</w:t>
      </w:r>
      <w:r>
        <w:t>_________________________________________</w:t>
      </w:r>
    </w:p>
    <w:p w14:paraId="57B9579C" w14:textId="77777777" w:rsidR="00E47790" w:rsidRDefault="00E47790" w:rsidP="00B701FA">
      <w:pPr>
        <w:spacing w:after="0" w:line="240" w:lineRule="auto"/>
      </w:pPr>
    </w:p>
    <w:p w14:paraId="7C62EDEF" w14:textId="77777777" w:rsidR="00E47790" w:rsidRDefault="00B701FA" w:rsidP="00E47790">
      <w:r>
        <w:t xml:space="preserve">#2 Reason: </w:t>
      </w:r>
      <w:r w:rsidR="00E47790">
        <w:t>___________________________________________________________________________________________</w:t>
      </w:r>
    </w:p>
    <w:p w14:paraId="386DB010" w14:textId="4D10E156" w:rsidR="00B701FA" w:rsidRDefault="00E47790" w:rsidP="00E47790">
      <w:r>
        <w:t>_________________________________________________________________________________________________________</w:t>
      </w:r>
    </w:p>
    <w:p w14:paraId="1CD2D4B8" w14:textId="79A4E07E" w:rsidR="00050174" w:rsidRPr="00BB7C6D" w:rsidRDefault="00FE574B" w:rsidP="00BB7C6D">
      <w:pPr>
        <w:pStyle w:val="ListParagraph"/>
        <w:numPr>
          <w:ilvl w:val="0"/>
          <w:numId w:val="14"/>
        </w:numPr>
        <w:spacing w:after="0" w:line="240" w:lineRule="auto"/>
        <w:rPr>
          <w:b/>
          <w:bCs/>
        </w:rPr>
      </w:pPr>
      <w:r w:rsidRPr="00BB7C6D">
        <w:rPr>
          <w:b/>
          <w:bCs/>
        </w:rPr>
        <w:t>Determine how you’d like your meetings. Frequency, day o</w:t>
      </w:r>
      <w:r w:rsidR="00050174" w:rsidRPr="00BB7C6D">
        <w:rPr>
          <w:b/>
          <w:bCs/>
        </w:rPr>
        <w:t>f</w:t>
      </w:r>
      <w:r w:rsidRPr="00BB7C6D">
        <w:rPr>
          <w:b/>
          <w:bCs/>
        </w:rPr>
        <w:t xml:space="preserve"> the week, time,</w:t>
      </w:r>
      <w:r w:rsidR="00BB7C6D" w:rsidRPr="00BB7C6D">
        <w:rPr>
          <w:b/>
          <w:bCs/>
        </w:rPr>
        <w:t xml:space="preserve"> location</w:t>
      </w:r>
      <w:r w:rsidR="00BB7C6D">
        <w:rPr>
          <w:b/>
          <w:bCs/>
        </w:rPr>
        <w:t>, and level of casualness.</w:t>
      </w:r>
    </w:p>
    <w:p w14:paraId="17342789" w14:textId="77777777" w:rsidR="00BB7C6D" w:rsidRDefault="00BB7C6D" w:rsidP="00BB7C6D">
      <w:pPr>
        <w:spacing w:after="0"/>
      </w:pPr>
    </w:p>
    <w:p w14:paraId="6C8D25ED" w14:textId="69B671AF" w:rsidR="00BB7C6D" w:rsidRDefault="00BB7C6D" w:rsidP="00BB7C6D">
      <w:r>
        <w:t xml:space="preserve">Frequency: </w:t>
      </w:r>
      <w:r>
        <w:t>__________________________________________________________________________________________</w:t>
      </w:r>
    </w:p>
    <w:p w14:paraId="7827138A" w14:textId="4BBEC1FE" w:rsidR="00BB7C6D" w:rsidRDefault="00BB7C6D" w:rsidP="00BB7C6D">
      <w:r>
        <w:t xml:space="preserve">Day of the Week: </w:t>
      </w:r>
      <w:r>
        <w:t>___________________________________________________________________________________</w:t>
      </w:r>
      <w:r>
        <w:t>_</w:t>
      </w:r>
    </w:p>
    <w:p w14:paraId="4A1EDDEA" w14:textId="7CECA58A" w:rsidR="00BB7C6D" w:rsidRDefault="00BB7C6D" w:rsidP="00BB7C6D">
      <w:r>
        <w:t xml:space="preserve">Time of Day: </w:t>
      </w:r>
      <w:r>
        <w:t>_________________________________________________________________________________________</w:t>
      </w:r>
    </w:p>
    <w:p w14:paraId="66816517" w14:textId="1D5797DE" w:rsidR="00050174" w:rsidRDefault="00BB7C6D" w:rsidP="00BB7C6D">
      <w:r>
        <w:t xml:space="preserve">Location: </w:t>
      </w:r>
      <w:r>
        <w:t>__________________________________________________________________________________________</w:t>
      </w:r>
      <w:r>
        <w:t>___</w:t>
      </w:r>
    </w:p>
    <w:p w14:paraId="186544DD" w14:textId="636C6C77" w:rsidR="00FE574B" w:rsidRPr="00BB7C6D" w:rsidRDefault="00FE574B" w:rsidP="00BB7C6D">
      <w:pPr>
        <w:pStyle w:val="ListParagraph"/>
        <w:numPr>
          <w:ilvl w:val="0"/>
          <w:numId w:val="14"/>
        </w:numPr>
        <w:spacing w:after="0" w:line="240" w:lineRule="auto"/>
        <w:rPr>
          <w:b/>
          <w:bCs/>
        </w:rPr>
      </w:pPr>
      <w:r w:rsidRPr="00BB7C6D">
        <w:rPr>
          <w:b/>
          <w:bCs/>
        </w:rPr>
        <w:t>Determine who would be your partner in helping you form this.</w:t>
      </w:r>
    </w:p>
    <w:p w14:paraId="78C82E5E" w14:textId="77777777" w:rsidR="00BB7C6D" w:rsidRDefault="00BB7C6D" w:rsidP="00BB7C6D">
      <w:pPr>
        <w:spacing w:after="0"/>
      </w:pPr>
    </w:p>
    <w:p w14:paraId="50A147A6" w14:textId="744E3EB2" w:rsidR="00BB7C6D" w:rsidRDefault="00BB7C6D" w:rsidP="00BB7C6D">
      <w:r>
        <w:t xml:space="preserve">Leadership Team: </w:t>
      </w:r>
      <w:r>
        <w:t>___________________________________________________________________________________</w:t>
      </w:r>
    </w:p>
    <w:p w14:paraId="5216190A" w14:textId="15D1443B" w:rsidR="00B701FA" w:rsidRPr="0094754D" w:rsidRDefault="00FE574B" w:rsidP="0094754D">
      <w:pPr>
        <w:numPr>
          <w:ilvl w:val="0"/>
          <w:numId w:val="14"/>
        </w:numPr>
        <w:tabs>
          <w:tab w:val="num" w:pos="720"/>
        </w:tabs>
        <w:spacing w:line="240" w:lineRule="auto"/>
        <w:rPr>
          <w:b/>
          <w:bCs/>
        </w:rPr>
      </w:pPr>
      <w:r w:rsidRPr="00B91D00">
        <w:rPr>
          <w:b/>
          <w:bCs/>
        </w:rPr>
        <w:t>Attend at least one Pondering in person, or online, if possible. </w:t>
      </w:r>
    </w:p>
    <w:p w14:paraId="6F9F4F18" w14:textId="4D7FDDAC" w:rsidR="00FE574B" w:rsidRPr="00B91D00" w:rsidRDefault="0094754D" w:rsidP="00FE574B">
      <w:pPr>
        <w:spacing w:after="0"/>
      </w:pPr>
      <w:r w:rsidRPr="00B701FA">
        <w:rPr>
          <w:rFonts w:asciiTheme="majorHAnsi" w:hAnsiTheme="majorHAnsi" w:cstheme="majorHAnsi"/>
          <w:b/>
          <w:bCs/>
          <w:color w:val="943634" w:themeColor="accent2" w:themeShade="BF"/>
          <w:sz w:val="28"/>
          <w:szCs w:val="24"/>
        </w:rPr>
        <w:lastRenderedPageBreak/>
        <w:t xml:space="preserve">Part </w:t>
      </w:r>
      <w:r>
        <w:rPr>
          <w:rFonts w:asciiTheme="majorHAnsi" w:hAnsiTheme="majorHAnsi" w:cstheme="majorHAnsi"/>
          <w:b/>
          <w:bCs/>
          <w:color w:val="943634" w:themeColor="accent2" w:themeShade="BF"/>
          <w:sz w:val="28"/>
          <w:szCs w:val="24"/>
        </w:rPr>
        <w:t>2</w:t>
      </w:r>
      <w:r w:rsidRPr="00B701FA">
        <w:rPr>
          <w:rFonts w:asciiTheme="majorHAnsi" w:hAnsiTheme="majorHAnsi" w:cstheme="majorHAnsi"/>
          <w:b/>
          <w:bCs/>
          <w:color w:val="943634" w:themeColor="accent2" w:themeShade="BF"/>
          <w:sz w:val="28"/>
          <w:szCs w:val="24"/>
        </w:rPr>
        <w:t xml:space="preserve">: </w:t>
      </w:r>
      <w:r>
        <w:rPr>
          <w:rFonts w:asciiTheme="majorHAnsi" w:hAnsiTheme="majorHAnsi" w:cstheme="majorHAnsi"/>
          <w:b/>
          <w:bCs/>
          <w:color w:val="943634" w:themeColor="accent2" w:themeShade="BF"/>
          <w:sz w:val="28"/>
          <w:szCs w:val="24"/>
        </w:rPr>
        <w:t>Form the Holy Huddle</w:t>
      </w:r>
      <w:r w:rsidR="00FE574B" w:rsidRPr="00B91D00">
        <w:t>. This is the person or persons who will lead the Pub, either directly or through informal support. Go through this exercise together so you set clear expectations of what you want your Pub to look like. Determine your shared goal, vision, and culture. NOTE: If you would like assistance in putting a leadership team together, please reach out to your Guild Representative. </w:t>
      </w:r>
    </w:p>
    <w:p w14:paraId="4DAA3F7C" w14:textId="0F97CBBE" w:rsidR="00FE574B" w:rsidRPr="00CD5A97" w:rsidRDefault="00FE574B" w:rsidP="0094754D">
      <w:pPr>
        <w:pStyle w:val="ListParagraph"/>
        <w:numPr>
          <w:ilvl w:val="0"/>
          <w:numId w:val="11"/>
        </w:numPr>
        <w:spacing w:after="0" w:line="240" w:lineRule="auto"/>
        <w:rPr>
          <w:b/>
          <w:bCs/>
        </w:rPr>
      </w:pPr>
      <w:r w:rsidRPr="00CD5A97">
        <w:rPr>
          <w:b/>
          <w:bCs/>
        </w:rPr>
        <w:t>Meet with your Partner and explain the concept of the Pondering Pub to them. Make sure each leader has gone through Step 1’s checklist.</w:t>
      </w:r>
    </w:p>
    <w:p w14:paraId="0A108FEB" w14:textId="77777777" w:rsidR="00A12FB9" w:rsidRDefault="00A12FB9" w:rsidP="0094754D">
      <w:pPr>
        <w:spacing w:after="0" w:line="240" w:lineRule="auto"/>
      </w:pPr>
    </w:p>
    <w:p w14:paraId="26F3D1A1" w14:textId="52EF1DCF" w:rsidR="0094754D" w:rsidRDefault="00A12FB9" w:rsidP="0094754D">
      <w:pPr>
        <w:spacing w:after="0" w:line="240" w:lineRule="auto"/>
      </w:pPr>
      <w:r>
        <w:t xml:space="preserve">Date Completed: </w:t>
      </w:r>
      <w:r>
        <w:t>__________________________</w:t>
      </w:r>
    </w:p>
    <w:p w14:paraId="25E712E0" w14:textId="77777777" w:rsidR="0094754D" w:rsidRDefault="0094754D" w:rsidP="0094754D">
      <w:pPr>
        <w:spacing w:after="0" w:line="240" w:lineRule="auto"/>
      </w:pPr>
    </w:p>
    <w:p w14:paraId="17525197" w14:textId="06EFD8C6" w:rsidR="00FE574B" w:rsidRPr="00CD5A97" w:rsidRDefault="00FE574B" w:rsidP="00FE574B">
      <w:pPr>
        <w:numPr>
          <w:ilvl w:val="0"/>
          <w:numId w:val="11"/>
        </w:numPr>
        <w:spacing w:after="0" w:line="240" w:lineRule="auto"/>
        <w:rPr>
          <w:b/>
          <w:bCs/>
        </w:rPr>
      </w:pPr>
      <w:r w:rsidRPr="00B91D00">
        <w:rPr>
          <w:b/>
          <w:bCs/>
        </w:rPr>
        <w:t>Look through the </w:t>
      </w:r>
      <w:hyperlink r:id="rId9" w:history="1">
        <w:r w:rsidRPr="00B91D00">
          <w:rPr>
            <w:rStyle w:val="Hyperlink"/>
            <w:b/>
            <w:bCs/>
          </w:rPr>
          <w:t>require</w:t>
        </w:r>
        <w:r w:rsidRPr="00B91D00">
          <w:rPr>
            <w:rStyle w:val="Hyperlink"/>
            <w:b/>
            <w:bCs/>
          </w:rPr>
          <w:t>m</w:t>
        </w:r>
        <w:r w:rsidRPr="00B91D00">
          <w:rPr>
            <w:rStyle w:val="Hyperlink"/>
            <w:b/>
            <w:bCs/>
          </w:rPr>
          <w:t>ents</w:t>
        </w:r>
      </w:hyperlink>
      <w:r w:rsidRPr="00B91D00">
        <w:rPr>
          <w:b/>
          <w:bCs/>
        </w:rPr>
        <w:t> of Host and Pub Rep. Delegate who’ll do which functions. (</w:t>
      </w:r>
      <w:r w:rsidR="00A12FB9" w:rsidRPr="00CD5A97">
        <w:rPr>
          <w:b/>
          <w:bCs/>
        </w:rPr>
        <w:t>Attached</w:t>
      </w:r>
      <w:r w:rsidRPr="00B91D00">
        <w:rPr>
          <w:b/>
          <w:bCs/>
        </w:rPr>
        <w:t>) </w:t>
      </w:r>
    </w:p>
    <w:p w14:paraId="696BE4EF" w14:textId="77777777" w:rsidR="00A12FB9" w:rsidRDefault="00A12FB9" w:rsidP="00A12FB9">
      <w:pPr>
        <w:spacing w:after="0" w:line="240" w:lineRule="auto"/>
      </w:pPr>
    </w:p>
    <w:p w14:paraId="08D76BDA" w14:textId="77777777" w:rsidR="00A12FB9" w:rsidRDefault="00A12FB9" w:rsidP="00A12FB9">
      <w:pPr>
        <w:spacing w:after="0" w:line="240" w:lineRule="auto"/>
      </w:pPr>
      <w:r>
        <w:t>Date Completed: __________________________</w:t>
      </w:r>
    </w:p>
    <w:p w14:paraId="40F9F053" w14:textId="77777777" w:rsidR="00A12FB9" w:rsidRPr="00B91D00" w:rsidRDefault="00A12FB9" w:rsidP="00A12FB9">
      <w:pPr>
        <w:spacing w:after="0" w:line="240" w:lineRule="auto"/>
      </w:pPr>
    </w:p>
    <w:p w14:paraId="4C10C3A7" w14:textId="052A674E" w:rsidR="00FE574B" w:rsidRPr="00B91D00" w:rsidRDefault="00FE574B" w:rsidP="00FE574B">
      <w:pPr>
        <w:numPr>
          <w:ilvl w:val="0"/>
          <w:numId w:val="11"/>
        </w:numPr>
        <w:spacing w:after="0" w:line="240" w:lineRule="auto"/>
        <w:rPr>
          <w:b/>
          <w:bCs/>
        </w:rPr>
      </w:pPr>
      <w:r w:rsidRPr="00B91D00">
        <w:rPr>
          <w:b/>
          <w:bCs/>
        </w:rPr>
        <w:t>Determine</w:t>
      </w:r>
      <w:r w:rsidR="00A12FB9" w:rsidRPr="00CD5A97">
        <w:rPr>
          <w:b/>
          <w:bCs/>
        </w:rPr>
        <w:t xml:space="preserve"> the Goals, Vision, and Culture. </w:t>
      </w:r>
    </w:p>
    <w:p w14:paraId="2FA9EC39" w14:textId="77777777" w:rsidR="00FE574B" w:rsidRPr="00CD5A97" w:rsidRDefault="00FE574B" w:rsidP="00A12FB9">
      <w:pPr>
        <w:spacing w:after="0" w:line="240" w:lineRule="auto"/>
        <w:rPr>
          <w:u w:val="single"/>
        </w:rPr>
      </w:pPr>
      <w:r w:rsidRPr="00B91D00">
        <w:rPr>
          <w:u w:val="single"/>
        </w:rPr>
        <w:t>Goals – What is each leader’s personal goal by being involved in The Pondering Pub?</w:t>
      </w:r>
    </w:p>
    <w:p w14:paraId="6C8A5B42" w14:textId="77777777" w:rsidR="00A12FB9" w:rsidRDefault="00A12FB9" w:rsidP="00A12FB9"/>
    <w:p w14:paraId="01950B79" w14:textId="7B3B5C3D" w:rsidR="00A12FB9" w:rsidRDefault="00A12FB9" w:rsidP="00A12FB9">
      <w:r>
        <w:t>Pub Rep</w:t>
      </w:r>
      <w:r>
        <w:t>: ___________________________________________________________________________________________</w:t>
      </w:r>
      <w:r w:rsidR="00CD5A97">
        <w:t>___</w:t>
      </w:r>
    </w:p>
    <w:p w14:paraId="4DE5CC0A" w14:textId="77777777" w:rsidR="00A12FB9" w:rsidRDefault="00A12FB9" w:rsidP="00A12FB9">
      <w:r>
        <w:t>_________________________________________________________________________________________________________</w:t>
      </w:r>
    </w:p>
    <w:p w14:paraId="03D1867C" w14:textId="77777777" w:rsidR="00A12FB9" w:rsidRDefault="00A12FB9" w:rsidP="00A12FB9">
      <w:pPr>
        <w:spacing w:after="0" w:line="240" w:lineRule="auto"/>
      </w:pPr>
    </w:p>
    <w:p w14:paraId="182102BD" w14:textId="58D15F9E" w:rsidR="00A12FB9" w:rsidRDefault="00A12FB9" w:rsidP="00A12FB9">
      <w:r>
        <w:t>Host</w:t>
      </w:r>
      <w:r>
        <w:t>: ___________________________________________________________________________________________</w:t>
      </w:r>
      <w:r w:rsidR="00CD5A97">
        <w:t>_______</w:t>
      </w:r>
    </w:p>
    <w:p w14:paraId="4572CF45" w14:textId="77777777" w:rsidR="00A12FB9" w:rsidRDefault="00A12FB9" w:rsidP="00A12FB9">
      <w:r>
        <w:t>_________________________________________________________________________________________________________</w:t>
      </w:r>
    </w:p>
    <w:p w14:paraId="488E2209" w14:textId="77777777" w:rsidR="00A12FB9" w:rsidRDefault="00A12FB9" w:rsidP="00A12FB9">
      <w:pPr>
        <w:spacing w:after="0" w:line="240" w:lineRule="auto"/>
      </w:pPr>
    </w:p>
    <w:p w14:paraId="4DC670A1" w14:textId="77777777" w:rsidR="00A12FB9" w:rsidRPr="00B91D00" w:rsidRDefault="00A12FB9" w:rsidP="00A12FB9">
      <w:pPr>
        <w:spacing w:after="0" w:line="240" w:lineRule="auto"/>
        <w:rPr>
          <w:u w:val="single"/>
        </w:rPr>
      </w:pPr>
    </w:p>
    <w:p w14:paraId="5BE5E625" w14:textId="77777777" w:rsidR="00A12FB9" w:rsidRPr="00CD5A97" w:rsidRDefault="00FE574B" w:rsidP="00A12FB9">
      <w:pPr>
        <w:spacing w:after="0" w:line="240" w:lineRule="auto"/>
        <w:rPr>
          <w:u w:val="single"/>
        </w:rPr>
      </w:pPr>
      <w:r w:rsidRPr="00B91D00">
        <w:rPr>
          <w:u w:val="single"/>
        </w:rPr>
        <w:t>Vision – What does your “fulfilled Pondering” look like?</w:t>
      </w:r>
    </w:p>
    <w:p w14:paraId="6DE0D4D1" w14:textId="77777777" w:rsidR="00CD5A97" w:rsidRDefault="00CD5A97" w:rsidP="00A12FB9">
      <w:pPr>
        <w:spacing w:after="0" w:line="240" w:lineRule="auto"/>
      </w:pPr>
    </w:p>
    <w:p w14:paraId="7F49A1F8" w14:textId="07F6CC0B" w:rsidR="00CD5A97" w:rsidRDefault="00CD5A97" w:rsidP="00CD5A97">
      <w:r>
        <w:t>___________________________________________________________________________________________</w:t>
      </w:r>
      <w:r>
        <w:t>______________</w:t>
      </w:r>
    </w:p>
    <w:p w14:paraId="46D79E01" w14:textId="7480AC0B" w:rsidR="00CD5A97" w:rsidRDefault="00CD5A97" w:rsidP="00CD5A97">
      <w:r>
        <w:t>_________________________________________________________________________________________________________</w:t>
      </w:r>
    </w:p>
    <w:p w14:paraId="7BF7A697" w14:textId="77777777" w:rsidR="00CD5A97" w:rsidRDefault="00CD5A97" w:rsidP="00A12FB9">
      <w:pPr>
        <w:spacing w:after="0" w:line="240" w:lineRule="auto"/>
      </w:pPr>
    </w:p>
    <w:p w14:paraId="47C5EEAC" w14:textId="77777777" w:rsidR="00CD5A97" w:rsidRPr="00CD5A97" w:rsidRDefault="00CD5A97" w:rsidP="00A12FB9">
      <w:pPr>
        <w:spacing w:after="0" w:line="240" w:lineRule="auto"/>
        <w:rPr>
          <w:u w:val="single"/>
        </w:rPr>
      </w:pPr>
    </w:p>
    <w:p w14:paraId="12656C89" w14:textId="651B1AF4" w:rsidR="00FE574B" w:rsidRPr="00B91D00" w:rsidRDefault="00FE574B" w:rsidP="00CD5A97">
      <w:pPr>
        <w:spacing w:after="0" w:line="240" w:lineRule="auto"/>
        <w:rPr>
          <w:u w:val="single"/>
        </w:rPr>
      </w:pPr>
      <w:r w:rsidRPr="00B91D00">
        <w:rPr>
          <w:u w:val="single"/>
        </w:rPr>
        <w:t>Culture – What do you want your Pub to be known for and feel like? </w:t>
      </w:r>
    </w:p>
    <w:p w14:paraId="4C0BFEA3" w14:textId="77777777" w:rsidR="00CD5A97" w:rsidRPr="00CD5A97" w:rsidRDefault="00CD5A97" w:rsidP="00CD5A97">
      <w:pPr>
        <w:spacing w:after="0"/>
        <w:rPr>
          <w:u w:val="single"/>
        </w:rPr>
      </w:pPr>
    </w:p>
    <w:p w14:paraId="715022A2" w14:textId="1863E9C6" w:rsidR="00CD5A97" w:rsidRDefault="00CD5A97" w:rsidP="00CD5A97">
      <w:r>
        <w:t>_________________________________________________________________________________________________________</w:t>
      </w:r>
    </w:p>
    <w:p w14:paraId="2A4DA69A" w14:textId="77777777" w:rsidR="00CD5A97" w:rsidRDefault="00CD5A97" w:rsidP="00CD5A97">
      <w:r>
        <w:t>_________________________________________________________________________________________________________</w:t>
      </w:r>
    </w:p>
    <w:p w14:paraId="3712FF30" w14:textId="77777777" w:rsidR="00A12FB9" w:rsidRDefault="00A12FB9" w:rsidP="00FE574B">
      <w:pPr>
        <w:spacing w:after="0"/>
      </w:pPr>
    </w:p>
    <w:p w14:paraId="580176CB" w14:textId="53BE1A7D" w:rsidR="00FE574B" w:rsidRPr="00B91D00" w:rsidRDefault="00B673FD" w:rsidP="00946A01">
      <w:pPr>
        <w:spacing w:after="0"/>
      </w:pPr>
      <w:r w:rsidRPr="00B701FA">
        <w:rPr>
          <w:rFonts w:asciiTheme="majorHAnsi" w:hAnsiTheme="majorHAnsi" w:cstheme="majorHAnsi"/>
          <w:b/>
          <w:bCs/>
          <w:color w:val="943634" w:themeColor="accent2" w:themeShade="BF"/>
          <w:sz w:val="28"/>
          <w:szCs w:val="24"/>
        </w:rPr>
        <w:lastRenderedPageBreak/>
        <w:t xml:space="preserve">Part </w:t>
      </w:r>
      <w:r>
        <w:rPr>
          <w:rFonts w:asciiTheme="majorHAnsi" w:hAnsiTheme="majorHAnsi" w:cstheme="majorHAnsi"/>
          <w:b/>
          <w:bCs/>
          <w:color w:val="943634" w:themeColor="accent2" w:themeShade="BF"/>
          <w:sz w:val="28"/>
          <w:szCs w:val="24"/>
        </w:rPr>
        <w:t>3</w:t>
      </w:r>
      <w:r w:rsidRPr="00B701FA">
        <w:rPr>
          <w:rFonts w:asciiTheme="majorHAnsi" w:hAnsiTheme="majorHAnsi" w:cstheme="majorHAnsi"/>
          <w:b/>
          <w:bCs/>
          <w:color w:val="943634" w:themeColor="accent2" w:themeShade="BF"/>
          <w:sz w:val="28"/>
          <w:szCs w:val="24"/>
        </w:rPr>
        <w:t xml:space="preserve">: </w:t>
      </w:r>
      <w:r>
        <w:rPr>
          <w:rFonts w:asciiTheme="majorHAnsi" w:hAnsiTheme="majorHAnsi" w:cstheme="majorHAnsi"/>
          <w:b/>
          <w:bCs/>
          <w:color w:val="943634" w:themeColor="accent2" w:themeShade="BF"/>
          <w:sz w:val="28"/>
          <w:szCs w:val="24"/>
        </w:rPr>
        <w:t>First Meeting.</w:t>
      </w:r>
      <w:r>
        <w:t xml:space="preserve"> </w:t>
      </w:r>
      <w:r w:rsidR="00FE574B" w:rsidRPr="00B91D00">
        <w:t xml:space="preserve">Once you have 1 official, good Pondering </w:t>
      </w:r>
      <w:r w:rsidR="00506ADB">
        <w:t xml:space="preserve">where </w:t>
      </w:r>
      <w:r w:rsidR="00CB21A3">
        <w:t>the goals, vision, and culture of The Pondering Pub are explained</w:t>
      </w:r>
      <w:r w:rsidR="00FE574B" w:rsidRPr="00B91D00">
        <w:t xml:space="preserve">, people </w:t>
      </w:r>
      <w:r w:rsidR="00946A01">
        <w:t>can</w:t>
      </w:r>
      <w:r w:rsidR="00506ADB">
        <w:t xml:space="preserve"> </w:t>
      </w:r>
      <w:r w:rsidR="00946A01">
        <w:t xml:space="preserve">better </w:t>
      </w:r>
      <w:r w:rsidR="00506ADB">
        <w:t>decide how they are going to participate</w:t>
      </w:r>
      <w:r w:rsidR="00946A01">
        <w:t>, and invit</w:t>
      </w:r>
      <w:r w:rsidR="00AE71E4">
        <w:t>ing more</w:t>
      </w:r>
      <w:r w:rsidR="00946A01">
        <w:t xml:space="preserve"> become</w:t>
      </w:r>
      <w:r w:rsidR="0026287E">
        <w:t>s</w:t>
      </w:r>
      <w:r w:rsidR="00946A01">
        <w:t xml:space="preserve"> easier.</w:t>
      </w:r>
      <w:r w:rsidR="00FE574B" w:rsidRPr="00B91D00">
        <w:t xml:space="preserve"> Find a time that works for </w:t>
      </w:r>
      <w:r w:rsidR="00CE1C5A">
        <w:t>your core</w:t>
      </w:r>
      <w:r w:rsidR="00FE574B" w:rsidRPr="00B91D00">
        <w:t>. If you cast a net that includes 6-12 people, and half show up, you have a good start.</w:t>
      </w:r>
    </w:p>
    <w:p w14:paraId="4B373E56" w14:textId="5D76E419" w:rsidR="00FE574B" w:rsidRPr="00B91D00" w:rsidRDefault="00E63CAB" w:rsidP="00FE574B">
      <w:pPr>
        <w:spacing w:after="0"/>
      </w:pPr>
      <w:r>
        <w:t>The first meeting</w:t>
      </w:r>
      <w:r w:rsidR="00FE574B" w:rsidRPr="00B91D00">
        <w:t xml:space="preserve"> is very hard. Don’t confuse incompatible logistics with disinterest. A lot of times, people are busy, or things happen, or stuff pops up. Don’t lose heart! Just keep trying. We’ve had 2 Founders whose first meeting was 6 months past the desired start date. And that’s ok. </w:t>
      </w:r>
      <w:r>
        <w:t xml:space="preserve">Eventually, they succeeded. </w:t>
      </w:r>
      <w:r w:rsidR="00974D40">
        <w:t>Their</w:t>
      </w:r>
      <w:r w:rsidR="009025D4">
        <w:t xml:space="preserve"> invitees</w:t>
      </w:r>
      <w:r w:rsidR="00FE574B" w:rsidRPr="00B91D00">
        <w:t xml:space="preserve"> </w:t>
      </w:r>
      <w:r w:rsidR="00EE4F96">
        <w:t>were</w:t>
      </w:r>
      <w:r w:rsidR="00FE574B" w:rsidRPr="00B91D00">
        <w:t xml:space="preserve"> interested, it was solely a matter of “logistics.” Just keep at it.</w:t>
      </w:r>
    </w:p>
    <w:p w14:paraId="01857ED2" w14:textId="25EF0EFE" w:rsidR="008671EC" w:rsidRDefault="00FE574B" w:rsidP="00FE574B">
      <w:pPr>
        <w:spacing w:after="0"/>
      </w:pPr>
      <w:r w:rsidRPr="00B91D00">
        <w:t xml:space="preserve">Remember at the first meeting to go over </w:t>
      </w:r>
      <w:r w:rsidR="00974D40">
        <w:t>why you’re starting</w:t>
      </w:r>
      <w:r w:rsidRPr="00B91D00">
        <w:t xml:space="preserve"> </w:t>
      </w:r>
      <w:r w:rsidR="00974D40">
        <w:t>a</w:t>
      </w:r>
      <w:r w:rsidRPr="00B91D00">
        <w:t xml:space="preserve"> </w:t>
      </w:r>
      <w:r w:rsidR="00FA7C43">
        <w:t>Ponderi</w:t>
      </w:r>
      <w:r w:rsidR="009B7914">
        <w:t>ng</w:t>
      </w:r>
      <w:r w:rsidRPr="00B91D00">
        <w:t xml:space="preserve">, what </w:t>
      </w:r>
      <w:r w:rsidR="00DC5467">
        <w:t>The Pondering Pub’s</w:t>
      </w:r>
      <w:r w:rsidRPr="00B91D00">
        <w:t xml:space="preserve"> purpose is, and how members at your Pub can contribute to its direction. </w:t>
      </w:r>
      <w:r w:rsidR="005440C6">
        <w:t>(</w:t>
      </w:r>
      <w:r w:rsidRPr="00B91D00">
        <w:t xml:space="preserve">Some Founders just walk </w:t>
      </w:r>
      <w:r w:rsidR="008671EC">
        <w:t xml:space="preserve">through </w:t>
      </w:r>
      <w:r w:rsidR="00E552EF">
        <w:t>the First Meeting Agenda</w:t>
      </w:r>
      <w:r w:rsidR="00C852F9">
        <w:t>.</w:t>
      </w:r>
      <w:r w:rsidR="005440C6">
        <w:t>)</w:t>
      </w:r>
      <w:r w:rsidRPr="00B91D00">
        <w:t xml:space="preserve"> </w:t>
      </w:r>
      <w:r w:rsidR="00083825">
        <w:t xml:space="preserve">Beauty is rare in our society. By explaining to people why creating beauty through community is important and how you’re planning on doing it, they are better able to </w:t>
      </w:r>
      <w:r w:rsidR="00484805">
        <w:t xml:space="preserve">contribute. </w:t>
      </w:r>
    </w:p>
    <w:p w14:paraId="141584B1" w14:textId="77777777" w:rsidR="004F0154" w:rsidRDefault="004F0154" w:rsidP="004F0154">
      <w:pPr>
        <w:pStyle w:val="ListParagraph"/>
        <w:spacing w:after="0" w:line="240" w:lineRule="auto"/>
      </w:pPr>
    </w:p>
    <w:p w14:paraId="5C80E69D" w14:textId="1978E892" w:rsidR="00FE574B" w:rsidRPr="00924653" w:rsidRDefault="00315011" w:rsidP="004F0154">
      <w:pPr>
        <w:pStyle w:val="ListParagraph"/>
        <w:numPr>
          <w:ilvl w:val="0"/>
          <w:numId w:val="12"/>
        </w:numPr>
        <w:spacing w:after="0" w:line="240" w:lineRule="auto"/>
        <w:rPr>
          <w:b/>
          <w:bCs/>
        </w:rPr>
      </w:pPr>
      <w:r>
        <w:rPr>
          <w:b/>
          <w:bCs/>
        </w:rPr>
        <w:t xml:space="preserve">Leaders: </w:t>
      </w:r>
      <w:r w:rsidR="00924653">
        <w:rPr>
          <w:b/>
          <w:bCs/>
        </w:rPr>
        <w:t>R</w:t>
      </w:r>
      <w:r w:rsidR="00FE574B" w:rsidRPr="00924653">
        <w:rPr>
          <w:b/>
          <w:bCs/>
        </w:rPr>
        <w:t>ead John Thompson’s “</w:t>
      </w:r>
      <w:hyperlink r:id="rId10" w:history="1">
        <w:r w:rsidR="00FE574B" w:rsidRPr="00924653">
          <w:rPr>
            <w:rStyle w:val="Hyperlink"/>
            <w:b/>
            <w:bCs/>
          </w:rPr>
          <w:t>Ideas for Hospitality.</w:t>
        </w:r>
      </w:hyperlink>
      <w:r w:rsidR="00FE574B" w:rsidRPr="00924653">
        <w:rPr>
          <w:b/>
          <w:bCs/>
        </w:rPr>
        <w:t>“ (Linked.)</w:t>
      </w:r>
    </w:p>
    <w:p w14:paraId="39CAB06E" w14:textId="77777777" w:rsidR="00E10C9F" w:rsidRDefault="00E10C9F" w:rsidP="00E10C9F">
      <w:pPr>
        <w:spacing w:after="0" w:line="240" w:lineRule="auto"/>
      </w:pPr>
    </w:p>
    <w:p w14:paraId="4D91A293" w14:textId="24B9664C" w:rsidR="004F0154" w:rsidRDefault="00E10C9F" w:rsidP="00924653">
      <w:pPr>
        <w:spacing w:after="0" w:line="240" w:lineRule="auto"/>
      </w:pPr>
      <w:r>
        <w:t>Date Completed: __________________________</w:t>
      </w:r>
    </w:p>
    <w:p w14:paraId="2509A9B0" w14:textId="77777777" w:rsidR="00E10C9F" w:rsidRDefault="00E10C9F" w:rsidP="004F0154">
      <w:pPr>
        <w:spacing w:after="0" w:line="240" w:lineRule="auto"/>
        <w:ind w:left="720"/>
      </w:pPr>
    </w:p>
    <w:p w14:paraId="43B60CE4" w14:textId="239EB0B0" w:rsidR="00FE574B" w:rsidRPr="00924653" w:rsidRDefault="00FE574B" w:rsidP="00FE574B">
      <w:pPr>
        <w:numPr>
          <w:ilvl w:val="0"/>
          <w:numId w:val="12"/>
        </w:numPr>
        <w:spacing w:after="0" w:line="240" w:lineRule="auto"/>
        <w:rPr>
          <w:b/>
          <w:bCs/>
        </w:rPr>
      </w:pPr>
      <w:r w:rsidRPr="00B91D00">
        <w:rPr>
          <w:b/>
          <w:bCs/>
        </w:rPr>
        <w:t>Each leader: Come up with 6-10 people who might be interested in attending your Pondering Pub.</w:t>
      </w:r>
    </w:p>
    <w:p w14:paraId="4FDDA2C5" w14:textId="77777777" w:rsidR="003934EE" w:rsidRDefault="003934EE" w:rsidP="003934EE">
      <w:pPr>
        <w:spacing w:after="0" w:line="240" w:lineRule="auto"/>
        <w:ind w:left="720"/>
      </w:pPr>
    </w:p>
    <w:p w14:paraId="404944D8" w14:textId="2A5DED2A" w:rsidR="003934EE" w:rsidRDefault="00E10C9F" w:rsidP="00E10C9F">
      <w:r>
        <w:t>Pub Rep</w:t>
      </w:r>
      <w:r>
        <w:t xml:space="preserve"> Invite List</w:t>
      </w:r>
      <w:r>
        <w:t>:</w:t>
      </w:r>
      <w:r w:rsidR="001863D9">
        <w:t xml:space="preserve"> </w:t>
      </w:r>
      <w:r w:rsidR="003934EE">
        <w:t>______________________________________________________________</w:t>
      </w:r>
      <w:r>
        <w:t>_______</w:t>
      </w:r>
      <w:r w:rsidR="001863D9">
        <w:t>____________</w:t>
      </w:r>
    </w:p>
    <w:p w14:paraId="7EDDD55E" w14:textId="72C8EEFE" w:rsidR="003934EE" w:rsidRDefault="00E10C9F" w:rsidP="00E10C9F">
      <w:r>
        <w:t>______________________________________________________________________________________</w:t>
      </w:r>
      <w:r w:rsidR="003934EE">
        <w:t>___________________</w:t>
      </w:r>
    </w:p>
    <w:p w14:paraId="02E19B77" w14:textId="55E2F500" w:rsidR="00E10C9F" w:rsidRDefault="00E10C9F" w:rsidP="00E10C9F">
      <w:r>
        <w:t>_________________________________________________________________________________________________________</w:t>
      </w:r>
    </w:p>
    <w:p w14:paraId="0F05F479" w14:textId="7AD938B8" w:rsidR="003934EE" w:rsidRDefault="00E10C9F" w:rsidP="00E10C9F">
      <w:r>
        <w:t>Host</w:t>
      </w:r>
      <w:r>
        <w:t xml:space="preserve"> Invite List</w:t>
      </w:r>
      <w:r>
        <w:t xml:space="preserve">: </w:t>
      </w:r>
      <w:r w:rsidR="001863D9">
        <w:t>_</w:t>
      </w:r>
      <w:r w:rsidR="003934EE">
        <w:t>______________________________________________________________________________</w:t>
      </w:r>
      <w:r w:rsidR="003934EE">
        <w:t>_______</w:t>
      </w:r>
    </w:p>
    <w:p w14:paraId="2415E56C" w14:textId="5274BCEB" w:rsidR="00E10C9F" w:rsidRDefault="003934EE" w:rsidP="00E10C9F">
      <w:r>
        <w:t>_</w:t>
      </w:r>
      <w:r w:rsidR="00E10C9F">
        <w:t>__________________________________________________________________________________________________</w:t>
      </w:r>
      <w:r>
        <w:t>______</w:t>
      </w:r>
    </w:p>
    <w:p w14:paraId="4A8914E1" w14:textId="3F0B13D6" w:rsidR="000B1407" w:rsidRDefault="00E10C9F" w:rsidP="000B1407">
      <w:r>
        <w:t>_________________________________________________________________________________________________________</w:t>
      </w:r>
    </w:p>
    <w:p w14:paraId="169D1289" w14:textId="1B7D77E9" w:rsidR="00E552EF" w:rsidRPr="00924653" w:rsidRDefault="00FE574B" w:rsidP="00FE574B">
      <w:pPr>
        <w:numPr>
          <w:ilvl w:val="0"/>
          <w:numId w:val="12"/>
        </w:numPr>
        <w:spacing w:after="0" w:line="240" w:lineRule="auto"/>
        <w:rPr>
          <w:b/>
          <w:bCs/>
        </w:rPr>
      </w:pPr>
      <w:r w:rsidRPr="00B91D00">
        <w:rPr>
          <w:b/>
          <w:bCs/>
        </w:rPr>
        <w:t>Come up with a plan of action for when and how you’ll invite people to the first Pub.</w:t>
      </w:r>
    </w:p>
    <w:p w14:paraId="690D7D1B" w14:textId="28A4D61E" w:rsidR="000B1407" w:rsidRDefault="000B1407" w:rsidP="00FE574B">
      <w:pPr>
        <w:spacing w:after="0"/>
      </w:pPr>
      <w:r>
        <w:t xml:space="preserve">Planned Date of First Meeting: </w:t>
      </w:r>
      <w:r>
        <w:t>_____________________</w:t>
      </w:r>
      <w:r>
        <w:t>_</w:t>
      </w:r>
    </w:p>
    <w:p w14:paraId="3EE60406" w14:textId="51D43568" w:rsidR="000B1407" w:rsidRDefault="000B1407" w:rsidP="00FE574B">
      <w:pPr>
        <w:spacing w:after="0"/>
      </w:pPr>
      <w:r>
        <w:t>Planned Location of First Meeting:</w:t>
      </w:r>
      <w:r w:rsidRPr="000B1407">
        <w:t xml:space="preserve"> </w:t>
      </w:r>
      <w:r>
        <w:t>________________________________________________</w:t>
      </w:r>
      <w:r>
        <w:t>_________________</w:t>
      </w:r>
    </w:p>
    <w:p w14:paraId="0D5C32F9" w14:textId="063FACFD" w:rsidR="00E552EF" w:rsidRDefault="00CB21A3" w:rsidP="00FE574B">
      <w:pPr>
        <w:spacing w:after="0"/>
      </w:pPr>
      <w:r>
        <w:t xml:space="preserve">Other Key Details: </w:t>
      </w:r>
      <w:r>
        <w:t>_______________________________________________________________________________</w:t>
      </w:r>
    </w:p>
    <w:p w14:paraId="58540CB3" w14:textId="77777777" w:rsidR="00CB21A3" w:rsidRDefault="00CB21A3" w:rsidP="00FE574B">
      <w:pPr>
        <w:spacing w:after="0"/>
      </w:pPr>
    </w:p>
    <w:p w14:paraId="3B1EB959" w14:textId="21DBA719" w:rsidR="00924653" w:rsidRPr="00924653" w:rsidRDefault="00E10C9F" w:rsidP="00924653">
      <w:pPr>
        <w:numPr>
          <w:ilvl w:val="0"/>
          <w:numId w:val="12"/>
        </w:numPr>
        <w:spacing w:after="0" w:line="240" w:lineRule="auto"/>
        <w:rPr>
          <w:b/>
          <w:bCs/>
        </w:rPr>
      </w:pPr>
      <w:r w:rsidRPr="00B91D00">
        <w:rPr>
          <w:b/>
          <w:bCs/>
        </w:rPr>
        <w:t>Look over and prepare for the First Meeting Agenda (Linked.)</w:t>
      </w:r>
    </w:p>
    <w:p w14:paraId="00CCFBC2" w14:textId="77777777" w:rsidR="00B673FD" w:rsidRDefault="00B673FD" w:rsidP="00E10C9F">
      <w:pPr>
        <w:spacing w:after="0" w:line="240" w:lineRule="auto"/>
      </w:pPr>
    </w:p>
    <w:p w14:paraId="2D9486E4" w14:textId="77777777" w:rsidR="006B233B" w:rsidRDefault="00E10C9F" w:rsidP="006B233B">
      <w:pPr>
        <w:spacing w:after="0" w:line="240" w:lineRule="auto"/>
      </w:pPr>
      <w:r>
        <w:t>Date Completed: __________________________</w:t>
      </w:r>
    </w:p>
    <w:p w14:paraId="1B2FD9D4" w14:textId="0992BA79" w:rsidR="007C7F48" w:rsidRDefault="006B233B" w:rsidP="004266A7">
      <w:r w:rsidRPr="00B701FA">
        <w:rPr>
          <w:rFonts w:asciiTheme="majorHAnsi" w:hAnsiTheme="majorHAnsi" w:cstheme="majorHAnsi"/>
          <w:b/>
          <w:bCs/>
          <w:color w:val="943634" w:themeColor="accent2" w:themeShade="BF"/>
          <w:sz w:val="28"/>
          <w:szCs w:val="24"/>
        </w:rPr>
        <w:lastRenderedPageBreak/>
        <w:t xml:space="preserve">Part </w:t>
      </w:r>
      <w:r>
        <w:rPr>
          <w:rFonts w:asciiTheme="majorHAnsi" w:hAnsiTheme="majorHAnsi" w:cstheme="majorHAnsi"/>
          <w:b/>
          <w:bCs/>
          <w:color w:val="943634" w:themeColor="accent2" w:themeShade="BF"/>
          <w:sz w:val="28"/>
          <w:szCs w:val="24"/>
        </w:rPr>
        <w:t>4</w:t>
      </w:r>
      <w:r w:rsidRPr="00B701FA">
        <w:rPr>
          <w:rFonts w:asciiTheme="majorHAnsi" w:hAnsiTheme="majorHAnsi" w:cstheme="majorHAnsi"/>
          <w:b/>
          <w:bCs/>
          <w:color w:val="943634" w:themeColor="accent2" w:themeShade="BF"/>
          <w:sz w:val="28"/>
          <w:szCs w:val="24"/>
        </w:rPr>
        <w:t xml:space="preserve">: </w:t>
      </w:r>
      <w:r>
        <w:rPr>
          <w:rFonts w:asciiTheme="majorHAnsi" w:hAnsiTheme="majorHAnsi" w:cstheme="majorHAnsi"/>
          <w:b/>
          <w:bCs/>
          <w:color w:val="943634" w:themeColor="accent2" w:themeShade="BF"/>
          <w:sz w:val="28"/>
          <w:szCs w:val="24"/>
        </w:rPr>
        <w:t>Decent Structure.</w:t>
      </w:r>
      <w:r w:rsidRPr="00B91D00">
        <w:t xml:space="preserve"> </w:t>
      </w:r>
      <w:r w:rsidR="00FE574B" w:rsidRPr="00B91D00">
        <w:t xml:space="preserve">Once you’ve had your first official Pondering, before the end of the night, gauge interest and set the next meeting. Make sure you schedule the next one to maintain interest. </w:t>
      </w:r>
      <w:r w:rsidR="00FE574B" w:rsidRPr="00B91D00">
        <w:rPr>
          <w:u w:val="single"/>
        </w:rPr>
        <w:t xml:space="preserve">Consistency is </w:t>
      </w:r>
      <w:r w:rsidR="00B2785A" w:rsidRPr="00B2785A">
        <w:rPr>
          <w:u w:val="single"/>
        </w:rPr>
        <w:t>crucial</w:t>
      </w:r>
      <w:r w:rsidR="00FE574B" w:rsidRPr="00B91D00">
        <w:t xml:space="preserve">. Make sure you lay out expectations so people can budget time and know what to expect. </w:t>
      </w:r>
      <w:r w:rsidR="00FE574B" w:rsidRPr="00B91D00">
        <w:rPr>
          <w:u w:val="single"/>
        </w:rPr>
        <w:t>Communicate frequently.</w:t>
      </w:r>
      <w:r w:rsidR="00FE574B" w:rsidRPr="00B91D00">
        <w:t xml:space="preserve"> </w:t>
      </w:r>
      <w:r w:rsidR="00D474E1">
        <w:t>S</w:t>
      </w:r>
      <w:r w:rsidR="00D474E1" w:rsidRPr="00B91D00">
        <w:t>end</w:t>
      </w:r>
      <w:r w:rsidR="00D474E1">
        <w:t>ing</w:t>
      </w:r>
      <w:r w:rsidR="00D474E1" w:rsidRPr="00B91D00">
        <w:t xml:space="preserve"> out a </w:t>
      </w:r>
      <w:r w:rsidR="00D474E1">
        <w:t xml:space="preserve">personal </w:t>
      </w:r>
      <w:r w:rsidR="00D474E1" w:rsidRPr="00B91D00">
        <w:t>reminder text the Monday before and day of your next Pondering</w:t>
      </w:r>
      <w:r w:rsidR="00D474E1">
        <w:t xml:space="preserve"> helps a lot of people.</w:t>
      </w:r>
      <w:r w:rsidR="007C7F48">
        <w:t xml:space="preserve"> </w:t>
      </w:r>
      <w:r w:rsidR="00210929">
        <w:t>Create</w:t>
      </w:r>
      <w:r w:rsidR="00FE574B" w:rsidRPr="00B91D00">
        <w:t xml:space="preserve"> structure. Use the same prayer</w:t>
      </w:r>
      <w:r w:rsidR="00C15086">
        <w:t xml:space="preserve">. Have a similar order of events. The Spirit of The Pondering Pub is in informal connections; </w:t>
      </w:r>
      <w:proofErr w:type="gramStart"/>
      <w:r w:rsidR="00C15086">
        <w:t>thus</w:t>
      </w:r>
      <w:proofErr w:type="gramEnd"/>
      <w:r w:rsidR="00C15086">
        <w:t xml:space="preserve"> your structure should be guardrails, not monorails. </w:t>
      </w:r>
      <w:r w:rsidR="00FE574B" w:rsidRPr="00B91D00">
        <w:t>After 3-5 months of this, the training wheels can come off, and the structure can meld or change. </w:t>
      </w:r>
    </w:p>
    <w:p w14:paraId="44712BA9" w14:textId="5D086928" w:rsidR="00FE574B" w:rsidRPr="00B91D00" w:rsidRDefault="007C7F48" w:rsidP="004266A7">
      <w:pPr>
        <w:rPr>
          <w:u w:val="single"/>
        </w:rPr>
      </w:pPr>
      <w:r>
        <w:t xml:space="preserve">Remember to stay in contact with Guild Leadership. They will provide the encouragement you need, as well as solutions to any problems you may be facing. </w:t>
      </w:r>
      <w:r w:rsidR="00FE574B" w:rsidRPr="00B91D00">
        <w:br/>
        <w:t xml:space="preserve">But </w:t>
      </w:r>
      <w:proofErr w:type="gramStart"/>
      <w:r w:rsidR="00FE574B" w:rsidRPr="00B91D00">
        <w:t>however</w:t>
      </w:r>
      <w:proofErr w:type="gramEnd"/>
      <w:r w:rsidR="00FE574B" w:rsidRPr="00B91D00">
        <w:t xml:space="preserve"> it changes, </w:t>
      </w:r>
      <w:r w:rsidR="00FE574B" w:rsidRPr="00B91D00">
        <w:rPr>
          <w:u w:val="single"/>
        </w:rPr>
        <w:t>keep things consistent, and communicate frequently.</w:t>
      </w:r>
    </w:p>
    <w:p w14:paraId="6D23DE55" w14:textId="369432AD" w:rsidR="007C7F48" w:rsidRPr="000F52A4" w:rsidRDefault="00FE574B" w:rsidP="00606375">
      <w:pPr>
        <w:pStyle w:val="ListParagraph"/>
        <w:numPr>
          <w:ilvl w:val="0"/>
          <w:numId w:val="13"/>
        </w:numPr>
        <w:spacing w:line="240" w:lineRule="auto"/>
        <w:rPr>
          <w:b/>
          <w:bCs/>
        </w:rPr>
      </w:pPr>
      <w:r w:rsidRPr="000F52A4">
        <w:rPr>
          <w:b/>
          <w:bCs/>
        </w:rPr>
        <w:t>At the first meeting, set the next meeting date before leaving. (This is a great opportunity to find a date and time that works for most people on a consistent basis.)</w:t>
      </w:r>
    </w:p>
    <w:p w14:paraId="702FEF5D" w14:textId="3F9970B3" w:rsidR="007C7F48" w:rsidRDefault="007C7F48" w:rsidP="004266A7">
      <w:pPr>
        <w:spacing w:line="240" w:lineRule="auto"/>
        <w:ind w:left="360"/>
      </w:pPr>
      <w:r>
        <w:t xml:space="preserve">Proposed </w:t>
      </w:r>
      <w:r>
        <w:t xml:space="preserve">Date of </w:t>
      </w:r>
      <w:r>
        <w:t>Second</w:t>
      </w:r>
      <w:r>
        <w:t xml:space="preserve"> Meeting: ______________________</w:t>
      </w:r>
    </w:p>
    <w:p w14:paraId="55DFF2E4" w14:textId="77777777" w:rsidR="007C7F48" w:rsidRPr="00B91D00" w:rsidRDefault="007C7F48" w:rsidP="004266A7">
      <w:pPr>
        <w:spacing w:line="240" w:lineRule="auto"/>
      </w:pPr>
    </w:p>
    <w:p w14:paraId="00F9CE73" w14:textId="77777777" w:rsidR="00FE574B" w:rsidRPr="000F52A4" w:rsidRDefault="00FE574B" w:rsidP="004266A7">
      <w:pPr>
        <w:numPr>
          <w:ilvl w:val="0"/>
          <w:numId w:val="13"/>
        </w:numPr>
        <w:spacing w:line="240" w:lineRule="auto"/>
        <w:rPr>
          <w:b/>
          <w:bCs/>
        </w:rPr>
      </w:pPr>
      <w:r w:rsidRPr="00B91D00">
        <w:rPr>
          <w:b/>
          <w:bCs/>
        </w:rPr>
        <w:t>At Ponderings, develop and keep a routine for arrival, beginning, and departure. Encourage repeat attendees to welcome newcomers. </w:t>
      </w:r>
    </w:p>
    <w:p w14:paraId="22BE8888" w14:textId="6355AB5F" w:rsidR="007C7F48" w:rsidRDefault="00606375" w:rsidP="004266A7">
      <w:pPr>
        <w:spacing w:line="240" w:lineRule="auto"/>
      </w:pPr>
      <w:r>
        <w:t>Have you created your Pub’s prayer?</w:t>
      </w:r>
      <w:r>
        <w:t xml:space="preserve"> (Yes / No)</w:t>
      </w:r>
    </w:p>
    <w:p w14:paraId="4A0631F2" w14:textId="6B9D815E" w:rsidR="007C7F48" w:rsidRDefault="00606375" w:rsidP="004266A7">
      <w:pPr>
        <w:spacing w:line="240" w:lineRule="auto"/>
      </w:pPr>
      <w:r>
        <w:t>Are you planning on having an official close? If so, what will it look like?</w:t>
      </w:r>
      <w:r w:rsidR="00700DFF">
        <w:t xml:space="preserve"> _____</w:t>
      </w:r>
      <w:r w:rsidR="00700DFF">
        <w:t>_________________</w:t>
      </w:r>
    </w:p>
    <w:p w14:paraId="0556226E" w14:textId="4CE4CAD8" w:rsidR="007C7F48" w:rsidRDefault="00700DFF" w:rsidP="004266A7">
      <w:pPr>
        <w:spacing w:line="240" w:lineRule="auto"/>
      </w:pPr>
      <w:r>
        <w:t>_________________________________________________________________________________________________________</w:t>
      </w:r>
    </w:p>
    <w:p w14:paraId="2E3ECA05" w14:textId="77777777" w:rsidR="00700DFF" w:rsidRPr="00B91D00" w:rsidRDefault="00700DFF" w:rsidP="004266A7">
      <w:pPr>
        <w:spacing w:line="240" w:lineRule="auto"/>
      </w:pPr>
    </w:p>
    <w:p w14:paraId="0A71B080" w14:textId="3AEB1432" w:rsidR="00FE574B" w:rsidRPr="00B91D00" w:rsidRDefault="00FE574B" w:rsidP="000F52A4">
      <w:pPr>
        <w:numPr>
          <w:ilvl w:val="0"/>
          <w:numId w:val="13"/>
        </w:numPr>
        <w:spacing w:line="240" w:lineRule="auto"/>
        <w:rPr>
          <w:b/>
          <w:bCs/>
        </w:rPr>
      </w:pPr>
      <w:r w:rsidRPr="00B91D00">
        <w:rPr>
          <w:b/>
          <w:bCs/>
        </w:rPr>
        <w:t>Touch base with Guild Leadership monthly for the 3 months following launch. </w:t>
      </w:r>
    </w:p>
    <w:p w14:paraId="32DC5B91" w14:textId="782A50E3" w:rsidR="007C7F48" w:rsidRDefault="007C7F48" w:rsidP="000F52A4">
      <w:pPr>
        <w:spacing w:line="240" w:lineRule="auto"/>
      </w:pPr>
      <w:r>
        <w:t>Month 1</w:t>
      </w:r>
      <w:r>
        <w:t xml:space="preserve"> Meeting: ______________________</w:t>
      </w:r>
    </w:p>
    <w:p w14:paraId="73F31DDB" w14:textId="7114A902" w:rsidR="007C7F48" w:rsidRDefault="007C7F48" w:rsidP="000F52A4">
      <w:pPr>
        <w:spacing w:line="240" w:lineRule="auto"/>
      </w:pPr>
      <w:r>
        <w:t xml:space="preserve">Month 2 </w:t>
      </w:r>
      <w:r>
        <w:t>Meeting: ______________________</w:t>
      </w:r>
    </w:p>
    <w:p w14:paraId="54EF3983" w14:textId="677282C0" w:rsidR="007C7F48" w:rsidRDefault="007C7F48" w:rsidP="000F52A4">
      <w:pPr>
        <w:spacing w:line="240" w:lineRule="auto"/>
      </w:pPr>
      <w:r>
        <w:t xml:space="preserve">Month 3 </w:t>
      </w:r>
      <w:r>
        <w:t>Meeting: ______________________</w:t>
      </w:r>
    </w:p>
    <w:p w14:paraId="1BA1C2CF" w14:textId="77777777" w:rsidR="007C7F48" w:rsidRDefault="007C7F48" w:rsidP="000F52A4"/>
    <w:p w14:paraId="4C1C0F50" w14:textId="1FB50E54" w:rsidR="00DB1BF2" w:rsidRDefault="00FE574B">
      <w:pPr>
        <w:rPr>
          <w:b/>
          <w:bCs/>
          <w:u w:val="single"/>
        </w:rPr>
      </w:pPr>
      <w:r w:rsidRPr="00B91D00">
        <w:t xml:space="preserve">Congrats! If you do all the things above, you </w:t>
      </w:r>
      <w:r w:rsidR="00700DFF">
        <w:t>will</w:t>
      </w:r>
      <w:r w:rsidRPr="00B91D00">
        <w:t xml:space="preserve"> have a solid Pondering! Guild</w:t>
      </w:r>
      <w:r w:rsidR="00700DFF">
        <w:t xml:space="preserve"> </w:t>
      </w:r>
      <w:r w:rsidRPr="00B91D00">
        <w:t xml:space="preserve">Leadership is poised to help, and we have tons of experience and testimonials to assist you as you begin your journey of Pub Formation. Life changes, and organizations are organic. We wish you the best and </w:t>
      </w:r>
      <w:r w:rsidRPr="00B91D00">
        <w:rPr>
          <w:b/>
          <w:bCs/>
          <w:u w:val="single"/>
        </w:rPr>
        <w:t>Glory to God for all things.</w:t>
      </w:r>
    </w:p>
    <w:p w14:paraId="18689C06" w14:textId="5C15E964" w:rsidR="00B66223" w:rsidRDefault="00405328">
      <w:pPr>
        <w:rPr>
          <w:b/>
          <w:bCs/>
          <w:u w:val="single"/>
        </w:rPr>
      </w:pPr>
      <w:r>
        <w:rPr>
          <w:b/>
          <w:bCs/>
          <w:noProof/>
          <w:u w:val="single"/>
        </w:rPr>
        <w:lastRenderedPageBreak/>
        <mc:AlternateContent>
          <mc:Choice Requires="wps">
            <w:drawing>
              <wp:anchor distT="0" distB="0" distL="114300" distR="114300" simplePos="0" relativeHeight="251660288" behindDoc="0" locked="0" layoutInCell="1" allowOverlap="1" wp14:anchorId="4FA7922B" wp14:editId="761143F6">
                <wp:simplePos x="0" y="0"/>
                <wp:positionH relativeFrom="column">
                  <wp:posOffset>-48986</wp:posOffset>
                </wp:positionH>
                <wp:positionV relativeFrom="paragraph">
                  <wp:posOffset>48986</wp:posOffset>
                </wp:positionV>
                <wp:extent cx="1828800" cy="538843"/>
                <wp:effectExtent l="0" t="0" r="12700" b="7620"/>
                <wp:wrapNone/>
                <wp:docPr id="2016310908" name="Text Box 3"/>
                <wp:cNvGraphicFramePr/>
                <a:graphic xmlns:a="http://schemas.openxmlformats.org/drawingml/2006/main">
                  <a:graphicData uri="http://schemas.microsoft.com/office/word/2010/wordprocessingShape">
                    <wps:wsp>
                      <wps:cNvSpPr txBox="1"/>
                      <wps:spPr>
                        <a:xfrm>
                          <a:off x="0" y="0"/>
                          <a:ext cx="1828800" cy="538843"/>
                        </a:xfrm>
                        <a:prstGeom prst="rect">
                          <a:avLst/>
                        </a:prstGeom>
                        <a:solidFill>
                          <a:schemeClr val="lt1"/>
                        </a:solidFill>
                        <a:ln w="6350">
                          <a:solidFill>
                            <a:prstClr val="black"/>
                          </a:solidFill>
                        </a:ln>
                      </wps:spPr>
                      <wps:txbx>
                        <w:txbxContent>
                          <w:p w14:paraId="00607017" w14:textId="191C7904" w:rsidR="00405328" w:rsidRPr="00405328" w:rsidRDefault="00405328">
                            <w:pPr>
                              <w:rPr>
                                <w:u w:val="single"/>
                              </w:rPr>
                            </w:pPr>
                            <w:r w:rsidRPr="00405328">
                              <w:rPr>
                                <w:u w:val="single"/>
                              </w:rPr>
                              <w:t>Attachment 1</w:t>
                            </w:r>
                            <w:r>
                              <w:rPr>
                                <w:u w:val="singl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FA7922B" id="_x0000_t202" coordsize="21600,21600" o:spt="202" path="m,l,21600r21600,l21600,xe">
                <v:stroke joinstyle="miter"/>
                <v:path gradientshapeok="t" o:connecttype="rect"/>
              </v:shapetype>
              <v:shape id="Text Box 3" o:spid="_x0000_s1026" type="#_x0000_t202" style="position:absolute;margin-left:-3.85pt;margin-top:3.85pt;width:2in;height:42.4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" fillcolor="white [3201]" strokeweight=".5pt">
                <v:textbox>
                  <w:txbxContent>
                    <w:p w14:paraId="00607017" w14:textId="191C7904" w:rsidR="00405328" w:rsidRPr="00405328" w:rsidRDefault="00405328">
                      <w:pPr>
                        <w:rPr>
                          <w:u w:val="single"/>
                        </w:rPr>
                      </w:pPr>
                      <w:r w:rsidRPr="00405328">
                        <w:rPr>
                          <w:u w:val="single"/>
                        </w:rPr>
                        <w:t>Attachment 1</w:t>
                      </w:r>
                      <w:r>
                        <w:rPr>
                          <w:u w:val="single"/>
                        </w:rPr>
                        <w:t>:</w:t>
                      </w:r>
                    </w:p>
                  </w:txbxContent>
                </v:textbox>
              </v:shape>
            </w:pict>
          </mc:Fallback>
        </mc:AlternateContent>
      </w:r>
      <w:r>
        <w:rPr>
          <w:b/>
          <w:bCs/>
          <w:noProof/>
          <w:u w:val="single"/>
        </w:rPr>
        <w:drawing>
          <wp:inline distT="0" distB="0" distL="0" distR="0" wp14:anchorId="22418BD5" wp14:editId="14C754E1">
            <wp:extent cx="5641340" cy="8229600"/>
            <wp:effectExtent l="0" t="0" r="0" b="0"/>
            <wp:docPr id="1704361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41340" cy="8229600"/>
                    </a:xfrm>
                    <a:prstGeom prst="rect">
                      <a:avLst/>
                    </a:prstGeom>
                    <a:noFill/>
                    <a:ln>
                      <a:noFill/>
                    </a:ln>
                  </pic:spPr>
                </pic:pic>
              </a:graphicData>
            </a:graphic>
          </wp:inline>
        </w:drawing>
      </w:r>
    </w:p>
    <w:p w14:paraId="15C9A309" w14:textId="04441DC6" w:rsidR="001F3759" w:rsidRPr="000F52A4" w:rsidRDefault="001F3759">
      <w:pPr>
        <w:rPr>
          <w:b/>
          <w:bCs/>
          <w:u w:val="single"/>
        </w:rPr>
      </w:pPr>
      <w:r>
        <w:rPr>
          <w:b/>
          <w:bCs/>
          <w:noProof/>
          <w:u w:val="single"/>
        </w:rPr>
        <w:lastRenderedPageBreak/>
        <mc:AlternateContent>
          <mc:Choice Requires="wps">
            <w:drawing>
              <wp:anchor distT="0" distB="0" distL="114300" distR="114300" simplePos="0" relativeHeight="251662336" behindDoc="0" locked="0" layoutInCell="1" allowOverlap="1" wp14:anchorId="50EB5B6C" wp14:editId="78D4356D">
                <wp:simplePos x="0" y="0"/>
                <wp:positionH relativeFrom="column">
                  <wp:posOffset>-204107</wp:posOffset>
                </wp:positionH>
                <wp:positionV relativeFrom="paragraph">
                  <wp:posOffset>-187779</wp:posOffset>
                </wp:positionV>
                <wp:extent cx="1828800" cy="538843"/>
                <wp:effectExtent l="0" t="0" r="12700" b="7620"/>
                <wp:wrapNone/>
                <wp:docPr id="821832385" name="Text Box 3"/>
                <wp:cNvGraphicFramePr/>
                <a:graphic xmlns:a="http://schemas.openxmlformats.org/drawingml/2006/main">
                  <a:graphicData uri="http://schemas.microsoft.com/office/word/2010/wordprocessingShape">
                    <wps:wsp>
                      <wps:cNvSpPr txBox="1"/>
                      <wps:spPr>
                        <a:xfrm>
                          <a:off x="0" y="0"/>
                          <a:ext cx="1828800" cy="538843"/>
                        </a:xfrm>
                        <a:prstGeom prst="rect">
                          <a:avLst/>
                        </a:prstGeom>
                        <a:solidFill>
                          <a:schemeClr val="lt1"/>
                        </a:solidFill>
                        <a:ln w="6350">
                          <a:solidFill>
                            <a:prstClr val="black"/>
                          </a:solidFill>
                        </a:ln>
                      </wps:spPr>
                      <wps:txbx>
                        <w:txbxContent>
                          <w:p w14:paraId="47FBD888" w14:textId="65667A40" w:rsidR="001F3759" w:rsidRPr="00405328" w:rsidRDefault="001F3759" w:rsidP="001F3759">
                            <w:pPr>
                              <w:rPr>
                                <w:u w:val="single"/>
                              </w:rPr>
                            </w:pPr>
                            <w:r w:rsidRPr="00405328">
                              <w:rPr>
                                <w:u w:val="single"/>
                              </w:rPr>
                              <w:t xml:space="preserve">Attachment </w:t>
                            </w:r>
                            <w:r>
                              <w:rPr>
                                <w:u w:val="single"/>
                              </w:rPr>
                              <w:t>2</w:t>
                            </w:r>
                            <w:r>
                              <w:rPr>
                                <w:u w:val="singl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0EB5B6C" id="_x0000_s1027" type="#_x0000_t202" style="position:absolute;margin-left:-16.05pt;margin-top:-14.8pt;width:2in;height:42.4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" fillcolor="white [3201]" strokeweight=".5pt">
                <v:textbox>
                  <w:txbxContent>
                    <w:p w14:paraId="47FBD888" w14:textId="65667A40" w:rsidR="001F3759" w:rsidRPr="00405328" w:rsidRDefault="001F3759" w:rsidP="001F3759">
                      <w:pPr>
                        <w:rPr>
                          <w:u w:val="single"/>
                        </w:rPr>
                      </w:pPr>
                      <w:r w:rsidRPr="00405328">
                        <w:rPr>
                          <w:u w:val="single"/>
                        </w:rPr>
                        <w:t xml:space="preserve">Attachment </w:t>
                      </w:r>
                      <w:r>
                        <w:rPr>
                          <w:u w:val="single"/>
                        </w:rPr>
                        <w:t>2</w:t>
                      </w:r>
                      <w:r>
                        <w:rPr>
                          <w:u w:val="single"/>
                        </w:rPr>
                        <w:t>:</w:t>
                      </w:r>
                    </w:p>
                  </w:txbxContent>
                </v:textbox>
              </v:shape>
            </w:pict>
          </mc:Fallback>
        </mc:AlternateContent>
      </w:r>
      <w:bookmarkStart w:id="0" w:name="_MON_1811096625"/>
      <w:bookmarkEnd w:id="0"/>
      <w:r w:rsidR="00F014A9">
        <w:rPr>
          <w:b/>
          <w:bCs/>
          <w:noProof/>
          <w:u w:val="single"/>
        </w:rPr>
        <w:object w:dxaOrig="10220" w:dyaOrig="13440" w14:anchorId="534ABB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11.05pt;height:671.8pt;mso-width-percent:0;mso-height-percent:0;mso-width-percent:0;mso-height-percent:0" o:ole="">
            <v:imagedata r:id="rId12" o:title=""/>
          </v:shape>
          <o:OLEObject Type="Embed" ProgID="Word.Document.12" ShapeID="_x0000_i1025" DrawAspect="Content" ObjectID="_1811096750" r:id="rId13">
            <o:FieldCodes>\s</o:FieldCodes>
          </o:OLEObject>
        </w:object>
      </w:r>
    </w:p>
    <w:sectPr w:rsidR="001F3759" w:rsidRPr="000F52A4" w:rsidSect="00B701FA">
      <w:footerReference w:type="even"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AB6EB6" w14:textId="77777777" w:rsidR="00F014A9" w:rsidRDefault="00F014A9" w:rsidP="004266A7">
      <w:pPr>
        <w:spacing w:after="0" w:line="240" w:lineRule="auto"/>
      </w:pPr>
      <w:r>
        <w:separator/>
      </w:r>
    </w:p>
  </w:endnote>
  <w:endnote w:type="continuationSeparator" w:id="0">
    <w:p w14:paraId="323F9469" w14:textId="77777777" w:rsidR="00F014A9" w:rsidRDefault="00F014A9" w:rsidP="00426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80170509"/>
      <w:docPartObj>
        <w:docPartGallery w:val="Page Numbers (Bottom of Page)"/>
        <w:docPartUnique/>
      </w:docPartObj>
    </w:sdtPr>
    <w:sdtContent>
      <w:p w14:paraId="014B56D3" w14:textId="5D6BD799" w:rsidR="00E72D49" w:rsidRDefault="00E72D49" w:rsidP="002D5E0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062226" w14:textId="77777777" w:rsidR="00E72D49" w:rsidRDefault="00E72D49" w:rsidP="00E72D4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1761611"/>
      <w:docPartObj>
        <w:docPartGallery w:val="Page Numbers (Bottom of Page)"/>
        <w:docPartUnique/>
      </w:docPartObj>
    </w:sdtPr>
    <w:sdtContent>
      <w:p w14:paraId="6D31F8C3" w14:textId="64B4516E" w:rsidR="00E72D49" w:rsidRDefault="00E72D49" w:rsidP="002D5E0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BA5DCB0" w14:textId="77777777" w:rsidR="00E72D49" w:rsidRDefault="00E72D49" w:rsidP="00E72D4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0ABCC0" w14:textId="77777777" w:rsidR="00F014A9" w:rsidRDefault="00F014A9" w:rsidP="004266A7">
      <w:pPr>
        <w:spacing w:after="0" w:line="240" w:lineRule="auto"/>
      </w:pPr>
      <w:r>
        <w:separator/>
      </w:r>
    </w:p>
  </w:footnote>
  <w:footnote w:type="continuationSeparator" w:id="0">
    <w:p w14:paraId="0A7DCF68" w14:textId="77777777" w:rsidR="00F014A9" w:rsidRDefault="00F014A9" w:rsidP="004266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41414B6"/>
    <w:multiLevelType w:val="multilevel"/>
    <w:tmpl w:val="5B5AE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B2465B4"/>
    <w:multiLevelType w:val="multilevel"/>
    <w:tmpl w:val="4100096C"/>
    <w:lvl w:ilvl="0">
      <w:start w:val="1"/>
      <w:numFmt w:val="decimal"/>
      <w:lvlText w:val="%1."/>
      <w:lvlJc w:val="left"/>
      <w:pPr>
        <w:tabs>
          <w:tab w:val="num" w:pos="720"/>
        </w:tabs>
        <w:ind w:left="720" w:hanging="360"/>
      </w:pPr>
      <w:rPr>
        <w:rFonts w:asciiTheme="minorHAnsi" w:eastAsiaTheme="minorEastAsia" w:hAnsiTheme="minorHAnsi" w:cstheme="minorBidi"/>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3E83F54"/>
    <w:multiLevelType w:val="hybridMultilevel"/>
    <w:tmpl w:val="B8CAA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787E2C"/>
    <w:multiLevelType w:val="multilevel"/>
    <w:tmpl w:val="DF30B4DE"/>
    <w:lvl w:ilvl="0">
      <w:start w:val="1"/>
      <w:numFmt w:val="decimal"/>
      <w:lvlText w:val="%1."/>
      <w:lvlJc w:val="left"/>
      <w:pPr>
        <w:tabs>
          <w:tab w:val="num" w:pos="720"/>
        </w:tabs>
        <w:ind w:left="720" w:hanging="360"/>
      </w:pPr>
      <w:rPr>
        <w:rFonts w:asciiTheme="minorHAnsi" w:eastAsiaTheme="minorEastAsia" w:hAnsiTheme="minorHAnsi" w:cstheme="minorBidi"/>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6771178"/>
    <w:multiLevelType w:val="multilevel"/>
    <w:tmpl w:val="1270D94A"/>
    <w:lvl w:ilvl="0">
      <w:start w:val="1"/>
      <w:numFmt w:val="decimal"/>
      <w:lvlText w:val="%1."/>
      <w:lvlJc w:val="left"/>
      <w:pPr>
        <w:tabs>
          <w:tab w:val="num" w:pos="720"/>
        </w:tabs>
        <w:ind w:left="720" w:hanging="360"/>
      </w:pPr>
      <w:rPr>
        <w:rFonts w:asciiTheme="minorHAnsi" w:eastAsiaTheme="minorEastAsia" w:hAnsiTheme="minorHAnsi" w:cstheme="minorBidi"/>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32485411">
    <w:abstractNumId w:val="8"/>
  </w:num>
  <w:num w:numId="2" w16cid:durableId="1144615886">
    <w:abstractNumId w:val="6"/>
  </w:num>
  <w:num w:numId="3" w16cid:durableId="425418541">
    <w:abstractNumId w:val="5"/>
  </w:num>
  <w:num w:numId="4" w16cid:durableId="406196153">
    <w:abstractNumId w:val="4"/>
  </w:num>
  <w:num w:numId="5" w16cid:durableId="446046848">
    <w:abstractNumId w:val="7"/>
  </w:num>
  <w:num w:numId="6" w16cid:durableId="1276061917">
    <w:abstractNumId w:val="3"/>
  </w:num>
  <w:num w:numId="7" w16cid:durableId="5257248">
    <w:abstractNumId w:val="2"/>
  </w:num>
  <w:num w:numId="8" w16cid:durableId="922026184">
    <w:abstractNumId w:val="1"/>
  </w:num>
  <w:num w:numId="9" w16cid:durableId="864488490">
    <w:abstractNumId w:val="0"/>
  </w:num>
  <w:num w:numId="10" w16cid:durableId="1682312200">
    <w:abstractNumId w:val="9"/>
  </w:num>
  <w:num w:numId="11" w16cid:durableId="1360665837">
    <w:abstractNumId w:val="10"/>
  </w:num>
  <w:num w:numId="12" w16cid:durableId="319310702">
    <w:abstractNumId w:val="12"/>
  </w:num>
  <w:num w:numId="13" w16cid:durableId="2064718701">
    <w:abstractNumId w:val="13"/>
  </w:num>
  <w:num w:numId="14" w16cid:durableId="12984944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174"/>
    <w:rsid w:val="0006063C"/>
    <w:rsid w:val="00083825"/>
    <w:rsid w:val="000B1407"/>
    <w:rsid w:val="000B239A"/>
    <w:rsid w:val="000F52A4"/>
    <w:rsid w:val="0015074B"/>
    <w:rsid w:val="001863D9"/>
    <w:rsid w:val="001F3759"/>
    <w:rsid w:val="00210929"/>
    <w:rsid w:val="0026287E"/>
    <w:rsid w:val="0029639D"/>
    <w:rsid w:val="00315011"/>
    <w:rsid w:val="003153AD"/>
    <w:rsid w:val="00326F90"/>
    <w:rsid w:val="003934EE"/>
    <w:rsid w:val="00405328"/>
    <w:rsid w:val="004266A7"/>
    <w:rsid w:val="00484805"/>
    <w:rsid w:val="004F0154"/>
    <w:rsid w:val="00506ADB"/>
    <w:rsid w:val="005440C6"/>
    <w:rsid w:val="0055083C"/>
    <w:rsid w:val="00606375"/>
    <w:rsid w:val="006B233B"/>
    <w:rsid w:val="006C519D"/>
    <w:rsid w:val="00700DFF"/>
    <w:rsid w:val="007C7F48"/>
    <w:rsid w:val="008671EC"/>
    <w:rsid w:val="009025D4"/>
    <w:rsid w:val="00910386"/>
    <w:rsid w:val="00924653"/>
    <w:rsid w:val="00946A01"/>
    <w:rsid w:val="0094754D"/>
    <w:rsid w:val="00974D40"/>
    <w:rsid w:val="009B7914"/>
    <w:rsid w:val="00A12FB9"/>
    <w:rsid w:val="00AA1D8D"/>
    <w:rsid w:val="00AE71E4"/>
    <w:rsid w:val="00B2785A"/>
    <w:rsid w:val="00B47730"/>
    <w:rsid w:val="00B66223"/>
    <w:rsid w:val="00B673FD"/>
    <w:rsid w:val="00B701FA"/>
    <w:rsid w:val="00BB7C6D"/>
    <w:rsid w:val="00C15086"/>
    <w:rsid w:val="00C26F9A"/>
    <w:rsid w:val="00C467AF"/>
    <w:rsid w:val="00C852F9"/>
    <w:rsid w:val="00CB0664"/>
    <w:rsid w:val="00CB21A3"/>
    <w:rsid w:val="00CD5A97"/>
    <w:rsid w:val="00CE1C5A"/>
    <w:rsid w:val="00D474E1"/>
    <w:rsid w:val="00DB1BF2"/>
    <w:rsid w:val="00DC5467"/>
    <w:rsid w:val="00DD4081"/>
    <w:rsid w:val="00E10C9F"/>
    <w:rsid w:val="00E24483"/>
    <w:rsid w:val="00E24EB1"/>
    <w:rsid w:val="00E47790"/>
    <w:rsid w:val="00E552EF"/>
    <w:rsid w:val="00E63CAB"/>
    <w:rsid w:val="00E72D49"/>
    <w:rsid w:val="00EE4F96"/>
    <w:rsid w:val="00F014A9"/>
    <w:rsid w:val="00FA7C43"/>
    <w:rsid w:val="00FC693F"/>
    <w:rsid w:val="00FE57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CE6D86"/>
  <w14:defaultImageDpi w14:val="300"/>
  <w15:docId w15:val="{C9973DB6-0049-2B4E-BD92-0CA2DEBDB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E574B"/>
    <w:rPr>
      <w:color w:val="0000FF" w:themeColor="hyperlink"/>
      <w:u w:val="single"/>
    </w:rPr>
  </w:style>
  <w:style w:type="character" w:styleId="FollowedHyperlink">
    <w:name w:val="FollowedHyperlink"/>
    <w:basedOn w:val="DefaultParagraphFont"/>
    <w:uiPriority w:val="99"/>
    <w:semiHidden/>
    <w:unhideWhenUsed/>
    <w:rsid w:val="0094754D"/>
    <w:rPr>
      <w:color w:val="800080" w:themeColor="followedHyperlink"/>
      <w:u w:val="single"/>
    </w:rPr>
  </w:style>
  <w:style w:type="character" w:styleId="PageNumber">
    <w:name w:val="page number"/>
    <w:basedOn w:val="DefaultParagraphFont"/>
    <w:uiPriority w:val="99"/>
    <w:semiHidden/>
    <w:unhideWhenUsed/>
    <w:rsid w:val="00E72D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Microsoft_Word_Document.doc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theponderingpub.org/wp-content/uploads/2023/07/Ideas-on-Hospitality-for-Pondering-Pubs.docx" TargetMode="External"/><Relationship Id="rId4" Type="http://schemas.openxmlformats.org/officeDocument/2006/relationships/settings" Target="settings.xml"/><Relationship Id="rId9" Type="http://schemas.openxmlformats.org/officeDocument/2006/relationships/hyperlink" Target="https://theponderingpub.org/wp-content/uploads/2023/12/Leadership-Roles-Responsibilities1.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6</Pages>
  <Words>1302</Words>
  <Characters>7425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Daniel Booth</cp:lastModifiedBy>
  <cp:revision>59</cp:revision>
  <dcterms:created xsi:type="dcterms:W3CDTF">2025-06-10T20:55:00Z</dcterms:created>
  <dcterms:modified xsi:type="dcterms:W3CDTF">2025-06-11T01:39:00Z</dcterms:modified>
  <cp:category/>
</cp:coreProperties>
</file>